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5773" w14:textId="77777777" w:rsidR="00DE3ABC" w:rsidRPr="00B5780F" w:rsidRDefault="003B6E95" w:rsidP="00B5780F">
      <w:pPr>
        <w:spacing w:after="1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Załącznik nr 8 do Regulaminu rekrutacji i udziału w projekcie</w:t>
      </w:r>
    </w:p>
    <w:p w14:paraId="6890BE2D" w14:textId="77777777" w:rsidR="00DE3ABC" w:rsidRPr="00B5780F" w:rsidRDefault="003B6E95" w:rsidP="00B5780F">
      <w:pPr>
        <w:spacing w:after="40" w:line="360" w:lineRule="auto"/>
        <w:jc w:val="center"/>
        <w:rPr>
          <w:sz w:val="22"/>
          <w:lang w:val="pl-PL"/>
        </w:rPr>
      </w:pPr>
      <w:r w:rsidRPr="00B5780F">
        <w:rPr>
          <w:b/>
          <w:sz w:val="22"/>
          <w:lang w:val="pl-PL"/>
        </w:rPr>
        <w:t>ZAŚWIADCZENIE PRACODAWCY</w:t>
      </w:r>
    </w:p>
    <w:p w14:paraId="046C99BC" w14:textId="77777777" w:rsidR="00B5780F" w:rsidRDefault="003B6E95" w:rsidP="00B5780F">
      <w:pPr>
        <w:spacing w:after="60" w:line="360" w:lineRule="auto"/>
        <w:jc w:val="center"/>
        <w:rPr>
          <w:sz w:val="22"/>
          <w:lang w:val="pl-PL"/>
        </w:rPr>
      </w:pPr>
      <w:r w:rsidRPr="00B5780F">
        <w:rPr>
          <w:b/>
          <w:sz w:val="22"/>
          <w:lang w:val="pl-PL"/>
        </w:rPr>
        <w:t xml:space="preserve">potwierdzające status pracownika przewidzianego do zwolnienia </w:t>
      </w:r>
    </w:p>
    <w:p w14:paraId="157EBD24" w14:textId="004984A2" w:rsidR="00DE3ABC" w:rsidRPr="00B5780F" w:rsidRDefault="00B5780F" w:rsidP="00B5780F">
      <w:pPr>
        <w:spacing w:after="60" w:line="360" w:lineRule="auto"/>
        <w:jc w:val="center"/>
        <w:rPr>
          <w:sz w:val="22"/>
          <w:lang w:val="pl-PL"/>
        </w:rPr>
      </w:pPr>
      <w:r w:rsidRPr="00B5780F">
        <w:rPr>
          <w:bCs/>
          <w:sz w:val="22"/>
          <w:lang w:val="pl-PL"/>
        </w:rPr>
        <w:t>wydane na potrzeby udziału w projekcie „ADAPTER ZAWODOWY dla mieszkańców woj. małopolskiego – III EDYCJA” FEMP.06.06-IP.02-0051/25</w:t>
      </w:r>
    </w:p>
    <w:p w14:paraId="17FC577B" w14:textId="77777777" w:rsidR="00DE3ABC" w:rsidRPr="00B5780F" w:rsidRDefault="003B6E95" w:rsidP="001905BF">
      <w:pPr>
        <w:spacing w:after="20" w:line="360" w:lineRule="auto"/>
        <w:rPr>
          <w:sz w:val="22"/>
          <w:lang w:val="pl-PL"/>
        </w:rPr>
      </w:pPr>
      <w:r w:rsidRPr="00B5780F">
        <w:rPr>
          <w:b/>
          <w:sz w:val="22"/>
          <w:lang w:val="pl-PL"/>
        </w:rPr>
        <w:t>Dane pracodawcy (pieczęć / nazwa i adres):</w:t>
      </w:r>
    </w:p>
    <w:p w14:paraId="46B4CD58" w14:textId="77777777" w:rsidR="00DE3ABC" w:rsidRPr="00B5780F" w:rsidRDefault="003B6E95" w:rsidP="001905BF">
      <w:pPr>
        <w:spacing w:after="2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213683A2" w14:textId="77777777" w:rsidR="00DE3ABC" w:rsidRPr="00B5780F" w:rsidRDefault="003B6E95" w:rsidP="001905BF">
      <w:pPr>
        <w:spacing w:after="10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4364AF73" w14:textId="77777777" w:rsidR="00DE3ABC" w:rsidRPr="00B5780F" w:rsidRDefault="003B6E95" w:rsidP="001905BF">
      <w:pPr>
        <w:spacing w:after="40" w:line="360" w:lineRule="auto"/>
        <w:rPr>
          <w:sz w:val="22"/>
          <w:lang w:val="pl-PL"/>
        </w:rPr>
      </w:pPr>
      <w:r w:rsidRPr="00B5780F">
        <w:rPr>
          <w:b/>
          <w:sz w:val="22"/>
          <w:lang w:val="pl-PL"/>
        </w:rPr>
        <w:t>Zaświadcza się, że:</w:t>
      </w:r>
    </w:p>
    <w:p w14:paraId="08ABA134" w14:textId="77777777" w:rsidR="00DE3ABC" w:rsidRPr="00B5780F" w:rsidRDefault="003B6E95" w:rsidP="001905BF">
      <w:pPr>
        <w:spacing w:after="4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Pan/Pani .............................................................................................................................................</w:t>
      </w:r>
    </w:p>
    <w:p w14:paraId="3B53F3E0" w14:textId="77777777" w:rsidR="00DE3ABC" w:rsidRPr="00B5780F" w:rsidRDefault="003B6E95" w:rsidP="001905BF">
      <w:pPr>
        <w:spacing w:after="4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PESEL: ................................................................................................................................................</w:t>
      </w:r>
    </w:p>
    <w:p w14:paraId="185528A4" w14:textId="6A29F24A" w:rsidR="00B5780F" w:rsidRPr="00B5780F" w:rsidRDefault="00B5780F" w:rsidP="001905BF">
      <w:pPr>
        <w:spacing w:after="4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Zamieszkała/y: ………………………………………………………………………………………………..</w:t>
      </w:r>
    </w:p>
    <w:p w14:paraId="1EBFA3C1" w14:textId="77777777" w:rsidR="00DE3ABC" w:rsidRPr="00B5780F" w:rsidRDefault="003B6E95" w:rsidP="001905BF">
      <w:pPr>
        <w:spacing w:after="2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jest zatrudniony/-a u ww. Pracodawcy od dnia ........................................ na podstawie</w:t>
      </w:r>
    </w:p>
    <w:p w14:paraId="38F9F29D" w14:textId="77777777" w:rsidR="00DE3ABC" w:rsidRPr="00B5780F" w:rsidRDefault="003B6E95" w:rsidP="001905BF">
      <w:pPr>
        <w:spacing w:after="10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67DD4028" w14:textId="567AC918" w:rsidR="00DE3ABC" w:rsidRPr="00B5780F" w:rsidRDefault="003B6E95" w:rsidP="001905BF">
      <w:pPr>
        <w:spacing w:after="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Jednocześnie zaświadczam, że ww. pracownik/-ca jest pracownikiem przewidzianym do zwolnienia, ponieważ</w:t>
      </w:r>
      <w:r w:rsidR="001905BF">
        <w:rPr>
          <w:rStyle w:val="Odwoanieprzypisudolnego"/>
          <w:sz w:val="22"/>
          <w:lang w:val="pl-PL"/>
        </w:rPr>
        <w:footnoteReference w:id="1"/>
      </w:r>
      <w:r w:rsidRPr="00B5780F">
        <w:rPr>
          <w:sz w:val="22"/>
          <w:lang w:val="pl-PL"/>
        </w:rPr>
        <w:t>:</w:t>
      </w:r>
      <w:r w:rsidR="001905BF">
        <w:rPr>
          <w:sz w:val="22"/>
          <w:lang w:val="pl-PL"/>
        </w:rPr>
        <w:t xml:space="preserve"> </w:t>
      </w:r>
    </w:p>
    <w:p w14:paraId="2DF3378B" w14:textId="23405DF2" w:rsidR="00DE3ABC" w:rsidRPr="00B5780F" w:rsidRDefault="00276F62" w:rsidP="001905BF">
      <w:pPr>
        <w:spacing w:after="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[ ] znajduje się w okresie wypowiedzenia stosunku pracy / stosunku służbowego z przyczyn niedotyczących pracownika;</w:t>
      </w:r>
    </w:p>
    <w:p w14:paraId="1EFDE4FB" w14:textId="446E54B6" w:rsidR="00DE3ABC" w:rsidRPr="00B5780F" w:rsidRDefault="00276F62" w:rsidP="001905BF">
      <w:pPr>
        <w:spacing w:after="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data złożenia/doręczenia wypowiedzenia: ............................................................</w:t>
      </w:r>
    </w:p>
    <w:p w14:paraId="0D4641CF" w14:textId="193C8B9E" w:rsidR="00DE3ABC" w:rsidRPr="00B5780F" w:rsidRDefault="003B6E95" w:rsidP="001905BF">
      <w:pPr>
        <w:spacing w:after="60" w:line="360" w:lineRule="auto"/>
        <w:ind w:left="142" w:hanging="142"/>
        <w:rPr>
          <w:sz w:val="22"/>
          <w:lang w:val="pl-PL"/>
        </w:rPr>
      </w:pPr>
      <w:r w:rsidRPr="00B5780F">
        <w:rPr>
          <w:sz w:val="22"/>
          <w:lang w:val="pl-PL"/>
        </w:rPr>
        <w:t>planowana data rozwiązania stosunku pracy / stosunku służbowego: ............................................................</w:t>
      </w:r>
    </w:p>
    <w:p w14:paraId="5B5766C2" w14:textId="17E9CDBD" w:rsidR="00DE3ABC" w:rsidRPr="00B5780F" w:rsidRDefault="00276F62" w:rsidP="001905BF">
      <w:pPr>
        <w:spacing w:after="60" w:line="360" w:lineRule="auto"/>
        <w:ind w:left="142" w:hanging="142"/>
        <w:rPr>
          <w:sz w:val="22"/>
          <w:lang w:val="pl-PL"/>
        </w:rPr>
      </w:pPr>
      <w:r w:rsidRPr="00B5780F">
        <w:rPr>
          <w:sz w:val="22"/>
          <w:lang w:val="pl-PL"/>
        </w:rPr>
        <w:t>[ ] został/-a poinformowany/-a przez pracodawcę o zamiarze nieprzedłużenia przez niego stosunku pracy / stosunku służbowego;</w:t>
      </w:r>
    </w:p>
    <w:p w14:paraId="430E0209" w14:textId="64978118" w:rsidR="00DE3ABC" w:rsidRDefault="003B6E95" w:rsidP="001905BF">
      <w:pPr>
        <w:spacing w:after="60" w:line="360" w:lineRule="auto"/>
        <w:ind w:left="142" w:hanging="142"/>
        <w:rPr>
          <w:sz w:val="22"/>
          <w:lang w:val="pl-PL"/>
        </w:rPr>
      </w:pPr>
      <w:r w:rsidRPr="00B5780F">
        <w:rPr>
          <w:sz w:val="22"/>
          <w:lang w:val="pl-PL"/>
        </w:rPr>
        <w:t>data poinformowania pracownika: ............................................................</w:t>
      </w:r>
      <w:r w:rsidRPr="00B5780F">
        <w:rPr>
          <w:sz w:val="22"/>
          <w:lang w:val="pl-PL"/>
        </w:rPr>
        <w:br/>
        <w:t>data, do której obowiązuje obecny stosunek pracy / stosunek służbowy: ............................................................</w:t>
      </w:r>
    </w:p>
    <w:p w14:paraId="4347BBD8" w14:textId="77777777" w:rsidR="00B5780F" w:rsidRPr="00B5780F" w:rsidRDefault="00B5780F" w:rsidP="001905BF">
      <w:pPr>
        <w:spacing w:after="60" w:line="360" w:lineRule="auto"/>
        <w:ind w:left="142" w:hanging="142"/>
        <w:rPr>
          <w:sz w:val="22"/>
          <w:lang w:val="pl-PL"/>
        </w:rPr>
      </w:pPr>
    </w:p>
    <w:p w14:paraId="0B70D9C8" w14:textId="77777777" w:rsidR="00DE3ABC" w:rsidRPr="00B5780F" w:rsidRDefault="003B6E95" w:rsidP="001905BF">
      <w:pPr>
        <w:spacing w:after="20" w:line="360" w:lineRule="auto"/>
        <w:rPr>
          <w:sz w:val="22"/>
          <w:lang w:val="pl-PL"/>
        </w:rPr>
      </w:pPr>
      <w:r w:rsidRPr="00B5780F">
        <w:rPr>
          <w:b/>
          <w:sz w:val="22"/>
          <w:lang w:val="pl-PL"/>
        </w:rPr>
        <w:t>Przyczyna rozwiązania albo zamiaru nieprzedłużenia stosunku pracy / stosunku służbowego:</w:t>
      </w:r>
    </w:p>
    <w:p w14:paraId="035F7E37" w14:textId="77777777" w:rsidR="00DE3ABC" w:rsidRPr="00B5780F" w:rsidRDefault="003B6E95" w:rsidP="001905BF">
      <w:pPr>
        <w:spacing w:after="2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0179AC12" w14:textId="77777777" w:rsidR="00DE3ABC" w:rsidRPr="00B5780F" w:rsidRDefault="003B6E95" w:rsidP="001905BF">
      <w:pPr>
        <w:spacing w:after="10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62CD1FA1" w14:textId="77777777" w:rsidR="003B6E95" w:rsidRDefault="003B6E95" w:rsidP="001905BF">
      <w:pPr>
        <w:spacing w:line="360" w:lineRule="auto"/>
        <w:rPr>
          <w:sz w:val="22"/>
          <w:lang w:val="pl-PL"/>
        </w:rPr>
      </w:pPr>
    </w:p>
    <w:p w14:paraId="33CAE8D6" w14:textId="272F75F6" w:rsidR="00DE3ABC" w:rsidRDefault="003B6E95" w:rsidP="001905BF">
      <w:pPr>
        <w:spacing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Niniejsze zaświadczenie wydaje się na wniosek pracownika/-cy celem przedłożenia w ramach projektu „ADAPTER ZAWODOWY dla mieszkańców woj. małopolskiego – III EDYCJA” FEMP.06.06-IP.02-0051/25, realizowanego przez Grupę Doradczą Projekt spółka z o.o.</w:t>
      </w:r>
    </w:p>
    <w:p w14:paraId="5B6C8CD8" w14:textId="77777777" w:rsidR="00B5780F" w:rsidRDefault="00B5780F" w:rsidP="001905BF">
      <w:pPr>
        <w:spacing w:line="360" w:lineRule="auto"/>
        <w:rPr>
          <w:sz w:val="22"/>
          <w:lang w:val="pl-PL"/>
        </w:rPr>
      </w:pPr>
    </w:p>
    <w:p w14:paraId="14543F5E" w14:textId="77777777" w:rsidR="00B5780F" w:rsidRPr="00B5780F" w:rsidRDefault="00B5780F" w:rsidP="001905BF">
      <w:pPr>
        <w:spacing w:line="360" w:lineRule="auto"/>
        <w:rPr>
          <w:sz w:val="22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DE3ABC" w:rsidRPr="00B5780F" w14:paraId="00DC8448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3195C" w14:textId="77777777" w:rsidR="00DE3ABC" w:rsidRPr="00B5780F" w:rsidRDefault="003B6E95" w:rsidP="001905BF">
            <w:pPr>
              <w:spacing w:after="0" w:line="360" w:lineRule="auto"/>
              <w:rPr>
                <w:sz w:val="22"/>
              </w:rPr>
            </w:pPr>
            <w:r w:rsidRPr="00B5780F">
              <w:rPr>
                <w:sz w:val="22"/>
              </w:rPr>
              <w:t>........................................................</w:t>
            </w:r>
            <w:r w:rsidRPr="00B5780F">
              <w:rPr>
                <w:sz w:val="22"/>
              </w:rPr>
              <w:br/>
              <w:t>Miejscowość, data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0A591" w14:textId="0A2F1E3F" w:rsidR="00DE3ABC" w:rsidRPr="00B5780F" w:rsidRDefault="003B6E95" w:rsidP="001905BF">
            <w:pPr>
              <w:spacing w:after="0" w:line="360" w:lineRule="auto"/>
              <w:rPr>
                <w:sz w:val="22"/>
              </w:rPr>
            </w:pPr>
            <w:r w:rsidRPr="00B5780F">
              <w:rPr>
                <w:sz w:val="22"/>
              </w:rPr>
              <w:t>........................................................</w:t>
            </w:r>
            <w:r>
              <w:rPr>
                <w:sz w:val="22"/>
              </w:rPr>
              <w:t>...........</w:t>
            </w:r>
            <w:r w:rsidR="00E42888">
              <w:rPr>
                <w:sz w:val="22"/>
              </w:rPr>
              <w:t>....</w:t>
            </w:r>
            <w:r w:rsidRPr="00B5780F">
              <w:rPr>
                <w:sz w:val="22"/>
              </w:rPr>
              <w:br/>
              <w:t>Podpis osoby upoważnionej / pracodawcy</w:t>
            </w:r>
          </w:p>
        </w:tc>
      </w:tr>
    </w:tbl>
    <w:p w14:paraId="26CB7CC3" w14:textId="77777777" w:rsidR="00EC6561" w:rsidRPr="00B5780F" w:rsidRDefault="00EC6561" w:rsidP="00B5780F">
      <w:pPr>
        <w:spacing w:line="360" w:lineRule="auto"/>
        <w:rPr>
          <w:sz w:val="22"/>
        </w:rPr>
      </w:pPr>
    </w:p>
    <w:sectPr w:rsidR="00EC6561" w:rsidRPr="00B5780F" w:rsidSect="00B5780F">
      <w:headerReference w:type="default" r:id="rId8"/>
      <w:headerReference w:type="first" r:id="rId9"/>
      <w:pgSz w:w="12240" w:h="15840"/>
      <w:pgMar w:top="850" w:right="1020" w:bottom="850" w:left="1020" w:header="56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6B84" w14:textId="77777777" w:rsidR="00EC5D4A" w:rsidRDefault="00EC5D4A" w:rsidP="00B5780F">
      <w:pPr>
        <w:spacing w:after="0" w:line="240" w:lineRule="auto"/>
      </w:pPr>
      <w:r>
        <w:separator/>
      </w:r>
    </w:p>
  </w:endnote>
  <w:endnote w:type="continuationSeparator" w:id="0">
    <w:p w14:paraId="713BD20E" w14:textId="77777777" w:rsidR="00EC5D4A" w:rsidRDefault="00EC5D4A" w:rsidP="00B5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34CD" w14:textId="77777777" w:rsidR="00EC5D4A" w:rsidRDefault="00EC5D4A" w:rsidP="00B5780F">
      <w:pPr>
        <w:spacing w:after="0" w:line="240" w:lineRule="auto"/>
      </w:pPr>
      <w:r>
        <w:separator/>
      </w:r>
    </w:p>
  </w:footnote>
  <w:footnote w:type="continuationSeparator" w:id="0">
    <w:p w14:paraId="64032B20" w14:textId="77777777" w:rsidR="00EC5D4A" w:rsidRDefault="00EC5D4A" w:rsidP="00B5780F">
      <w:pPr>
        <w:spacing w:after="0" w:line="240" w:lineRule="auto"/>
      </w:pPr>
      <w:r>
        <w:continuationSeparator/>
      </w:r>
    </w:p>
  </w:footnote>
  <w:footnote w:id="1">
    <w:p w14:paraId="311FF95E" w14:textId="77777777" w:rsidR="001905BF" w:rsidRPr="001905BF" w:rsidRDefault="001905BF" w:rsidP="001905BF">
      <w:pPr>
        <w:spacing w:after="60" w:line="360" w:lineRule="auto"/>
        <w:ind w:left="142" w:hanging="142"/>
        <w:rPr>
          <w:b/>
          <w:bCs/>
          <w:sz w:val="22"/>
          <w:lang w:val="pl-PL"/>
        </w:rPr>
      </w:pPr>
      <w:r>
        <w:rPr>
          <w:rStyle w:val="Odwoanieprzypisudolnego"/>
        </w:rPr>
        <w:footnoteRef/>
      </w:r>
      <w:r w:rsidRPr="001905BF">
        <w:rPr>
          <w:lang w:val="pl-PL"/>
        </w:rPr>
        <w:t xml:space="preserve"> </w:t>
      </w:r>
      <w:r w:rsidRPr="001905BF">
        <w:rPr>
          <w:sz w:val="18"/>
          <w:szCs w:val="18"/>
          <w:lang w:val="pl-PL"/>
        </w:rPr>
        <w:t xml:space="preserve">Należy zaznaczyć właściwe </w:t>
      </w:r>
      <w:r w:rsidRPr="001905BF">
        <w:rPr>
          <w:b/>
          <w:bCs/>
          <w:sz w:val="18"/>
          <w:szCs w:val="18"/>
          <w:lang w:val="pl-PL"/>
        </w:rPr>
        <w:t>X</w:t>
      </w:r>
      <w:r w:rsidRPr="001905BF">
        <w:rPr>
          <w:sz w:val="18"/>
          <w:szCs w:val="18"/>
          <w:lang w:val="pl-PL"/>
        </w:rPr>
        <w:t xml:space="preserve"> i skreślić niepotrzebne.</w:t>
      </w:r>
    </w:p>
    <w:p w14:paraId="3F8192FB" w14:textId="32AE5CD2" w:rsidR="001905BF" w:rsidRPr="001905BF" w:rsidRDefault="001905BF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3874" w14:textId="47AB53B5" w:rsidR="00B5780F" w:rsidRDefault="00B5780F">
    <w:pPr>
      <w:pStyle w:val="Nagwek"/>
    </w:pPr>
    <w:r>
      <w:rPr>
        <w:noProof/>
        <w:lang w:eastAsia="pl-PL"/>
      </w:rPr>
      <w:drawing>
        <wp:inline distT="0" distB="0" distL="0" distR="0" wp14:anchorId="304BC271" wp14:editId="656F33AD">
          <wp:extent cx="5760720" cy="494665"/>
          <wp:effectExtent l="0" t="0" r="0" b="0"/>
          <wp:docPr id="111352944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45C80" w14:textId="66027973" w:rsidR="00B5780F" w:rsidRDefault="00B5780F">
    <w:pPr>
      <w:pStyle w:val="Nagwek"/>
    </w:pPr>
    <w:r>
      <w:rPr>
        <w:noProof/>
        <w:lang w:eastAsia="pl-PL"/>
      </w:rPr>
      <w:drawing>
        <wp:inline distT="0" distB="0" distL="0" distR="0" wp14:anchorId="07FA1A21" wp14:editId="20C9264D">
          <wp:extent cx="5760720" cy="494665"/>
          <wp:effectExtent l="0" t="0" r="0" b="0"/>
          <wp:docPr id="65310700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8710260">
    <w:abstractNumId w:val="8"/>
  </w:num>
  <w:num w:numId="2" w16cid:durableId="295062050">
    <w:abstractNumId w:val="6"/>
  </w:num>
  <w:num w:numId="3" w16cid:durableId="727918427">
    <w:abstractNumId w:val="5"/>
  </w:num>
  <w:num w:numId="4" w16cid:durableId="1701320394">
    <w:abstractNumId w:val="4"/>
  </w:num>
  <w:num w:numId="5" w16cid:durableId="46224133">
    <w:abstractNumId w:val="7"/>
  </w:num>
  <w:num w:numId="6" w16cid:durableId="1770344442">
    <w:abstractNumId w:val="3"/>
  </w:num>
  <w:num w:numId="7" w16cid:durableId="1864395160">
    <w:abstractNumId w:val="2"/>
  </w:num>
  <w:num w:numId="8" w16cid:durableId="1933583202">
    <w:abstractNumId w:val="1"/>
  </w:num>
  <w:num w:numId="9" w16cid:durableId="1813599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CDF"/>
    <w:rsid w:val="0015074B"/>
    <w:rsid w:val="001905BF"/>
    <w:rsid w:val="00240F93"/>
    <w:rsid w:val="00276F62"/>
    <w:rsid w:val="002902CE"/>
    <w:rsid w:val="0029639D"/>
    <w:rsid w:val="00326F90"/>
    <w:rsid w:val="003B49EE"/>
    <w:rsid w:val="003B6E95"/>
    <w:rsid w:val="00522FAD"/>
    <w:rsid w:val="0082615D"/>
    <w:rsid w:val="008A38FB"/>
    <w:rsid w:val="00A66EB1"/>
    <w:rsid w:val="00AA1D8D"/>
    <w:rsid w:val="00B47730"/>
    <w:rsid w:val="00B5780F"/>
    <w:rsid w:val="00B846C5"/>
    <w:rsid w:val="00CB0664"/>
    <w:rsid w:val="00D044C2"/>
    <w:rsid w:val="00DC1860"/>
    <w:rsid w:val="00DE2EB3"/>
    <w:rsid w:val="00DE3ABC"/>
    <w:rsid w:val="00E42888"/>
    <w:rsid w:val="00EC5D4A"/>
    <w:rsid w:val="00EC65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E9AE78"/>
  <w14:defaultImageDpi w14:val="300"/>
  <w15:docId w15:val="{4C27D551-96B5-4ABF-8086-932E0FD7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780F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780F"/>
    <w:rPr>
      <w:rFonts w:ascii="Arial" w:eastAsia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578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2496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GDP</dc:creator>
  <cp:keywords/>
  <dc:description>generated by python-docx</dc:description>
  <cp:lastModifiedBy>Karolina Antos</cp:lastModifiedBy>
  <cp:revision>4</cp:revision>
  <cp:lastPrinted>2026-09-15T11:33:00Z</cp:lastPrinted>
  <dcterms:created xsi:type="dcterms:W3CDTF">2026-09-14T21:23:00Z</dcterms:created>
  <dcterms:modified xsi:type="dcterms:W3CDTF">2026-09-15T11:33:00Z</dcterms:modified>
  <cp:category/>
</cp:coreProperties>
</file>