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5773" w14:textId="77777777" w:rsidR="00DE3ABC" w:rsidRPr="00B5780F" w:rsidRDefault="009E03C9" w:rsidP="00B5780F">
      <w:pPr>
        <w:spacing w:after="1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Załącznik nr 7 do Regulaminu rekrutacji i udziału w projekcie</w:t>
      </w:r>
    </w:p>
    <w:p w14:paraId="6890BE2D" w14:textId="77777777" w:rsidR="00DE3ABC" w:rsidRPr="00B5780F" w:rsidRDefault="009E03C9" w:rsidP="00B5780F">
      <w:pPr>
        <w:spacing w:after="40" w:line="360" w:lineRule="auto"/>
        <w:jc w:val="center"/>
        <w:rPr>
          <w:sz w:val="22"/>
          <w:lang w:val="pl-PL"/>
        </w:rPr>
      </w:pPr>
      <w:r w:rsidRPr="00B5780F">
        <w:rPr>
          <w:b/>
          <w:sz w:val="22"/>
          <w:lang w:val="pl-PL"/>
        </w:rPr>
        <w:t>ZAŚWIADCZENIE PRACODAWCY</w:t>
      </w:r>
    </w:p>
    <w:p w14:paraId="046C99BC" w14:textId="77777777" w:rsidR="00B5780F" w:rsidRDefault="009E03C9" w:rsidP="00B5780F">
      <w:pPr>
        <w:spacing w:after="60" w:line="360" w:lineRule="auto"/>
        <w:jc w:val="center"/>
        <w:rPr>
          <w:sz w:val="22"/>
          <w:lang w:val="pl-PL"/>
        </w:rPr>
      </w:pPr>
      <w:r w:rsidRPr="00B5780F">
        <w:rPr>
          <w:b/>
          <w:sz w:val="22"/>
          <w:lang w:val="pl-PL"/>
        </w:rPr>
        <w:t>potwierdzające status pracownika zagrożonego zwolnieniem</w:t>
      </w:r>
      <w:r w:rsidR="00B5780F">
        <w:rPr>
          <w:sz w:val="22"/>
          <w:lang w:val="pl-PL"/>
        </w:rPr>
        <w:t xml:space="preserve"> </w:t>
      </w:r>
    </w:p>
    <w:p w14:paraId="157EBD24" w14:textId="004984A2" w:rsidR="00DE3ABC" w:rsidRPr="00B5780F" w:rsidRDefault="00B5780F" w:rsidP="00B5780F">
      <w:pPr>
        <w:spacing w:after="60" w:line="360" w:lineRule="auto"/>
        <w:jc w:val="center"/>
        <w:rPr>
          <w:sz w:val="22"/>
          <w:lang w:val="pl-PL"/>
        </w:rPr>
      </w:pPr>
      <w:r w:rsidRPr="00B5780F">
        <w:rPr>
          <w:bCs/>
          <w:sz w:val="22"/>
          <w:lang w:val="pl-PL"/>
        </w:rPr>
        <w:t>wydane na potrzeby udziału w projekcie „ADAPTER ZAWODOWY dla mieszkańców woj. małopolskiego – III EDYCJA” FEMP.06.06-IP.02-0051/25</w:t>
      </w:r>
    </w:p>
    <w:p w14:paraId="17FC577B" w14:textId="77777777" w:rsidR="00DE3ABC" w:rsidRPr="00B5780F" w:rsidRDefault="009E03C9" w:rsidP="00B5780F">
      <w:pPr>
        <w:spacing w:after="20" w:line="360" w:lineRule="auto"/>
        <w:rPr>
          <w:sz w:val="22"/>
          <w:lang w:val="pl-PL"/>
        </w:rPr>
      </w:pPr>
      <w:r w:rsidRPr="00B5780F">
        <w:rPr>
          <w:b/>
          <w:sz w:val="22"/>
          <w:lang w:val="pl-PL"/>
        </w:rPr>
        <w:t>Dane pracodawcy (pieczęć / nazwa i adres):</w:t>
      </w:r>
    </w:p>
    <w:p w14:paraId="46B4CD58" w14:textId="77777777" w:rsidR="00DE3ABC" w:rsidRPr="00B5780F" w:rsidRDefault="009E03C9" w:rsidP="00B5780F">
      <w:pPr>
        <w:spacing w:after="2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213683A2" w14:textId="77777777" w:rsidR="00DE3ABC" w:rsidRPr="00B5780F" w:rsidRDefault="009E03C9" w:rsidP="00B5780F">
      <w:pPr>
        <w:spacing w:after="10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4364AF73" w14:textId="77777777" w:rsidR="00DE3ABC" w:rsidRPr="00B5780F" w:rsidRDefault="009E03C9" w:rsidP="00B5780F">
      <w:pPr>
        <w:spacing w:after="40" w:line="360" w:lineRule="auto"/>
        <w:rPr>
          <w:sz w:val="22"/>
          <w:lang w:val="pl-PL"/>
        </w:rPr>
      </w:pPr>
      <w:r w:rsidRPr="00B5780F">
        <w:rPr>
          <w:b/>
          <w:sz w:val="22"/>
          <w:lang w:val="pl-PL"/>
        </w:rPr>
        <w:t>Zaświadcza się, że:</w:t>
      </w:r>
    </w:p>
    <w:p w14:paraId="08ABA134" w14:textId="77777777" w:rsidR="00DE3ABC" w:rsidRPr="00B5780F" w:rsidRDefault="009E03C9" w:rsidP="00B5780F">
      <w:pPr>
        <w:spacing w:after="4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Pan/Pani .............................................................................................................................................</w:t>
      </w:r>
    </w:p>
    <w:p w14:paraId="3B53F3E0" w14:textId="77777777" w:rsidR="00DE3ABC" w:rsidRPr="00B5780F" w:rsidRDefault="009E03C9" w:rsidP="00B5780F">
      <w:pPr>
        <w:spacing w:after="4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PESEL: ................................................................................................................................................</w:t>
      </w:r>
    </w:p>
    <w:p w14:paraId="185528A4" w14:textId="6A29F24A" w:rsidR="00B5780F" w:rsidRPr="00B5780F" w:rsidRDefault="00B5780F" w:rsidP="00B5780F">
      <w:pPr>
        <w:spacing w:after="4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Zamieszkała/y: ………………………………………………………………………………………………..</w:t>
      </w:r>
    </w:p>
    <w:p w14:paraId="1EBFA3C1" w14:textId="77777777" w:rsidR="00DE3ABC" w:rsidRPr="00B5780F" w:rsidRDefault="009E03C9" w:rsidP="00B5780F">
      <w:pPr>
        <w:spacing w:after="2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jest zatrudniony/-a u ww. Pracodawcy od dnia ........................................ na podstawie</w:t>
      </w:r>
    </w:p>
    <w:p w14:paraId="38F9F29D" w14:textId="77777777" w:rsidR="00DE3ABC" w:rsidRPr="00B5780F" w:rsidRDefault="009E03C9" w:rsidP="00B5780F">
      <w:pPr>
        <w:spacing w:after="10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67DD4028" w14:textId="3F8A069B" w:rsidR="00DE3ABC" w:rsidRPr="00B5780F" w:rsidRDefault="009E03C9" w:rsidP="009E03C9">
      <w:pPr>
        <w:spacing w:after="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Jednocześnie zaświadczam, że w okresie 12 miesięcy poprzedzających przystąpienie ww. pracownika/</w:t>
      </w:r>
      <w:proofErr w:type="spellStart"/>
      <w:r w:rsidRPr="00B5780F">
        <w:rPr>
          <w:sz w:val="22"/>
          <w:lang w:val="pl-PL"/>
        </w:rPr>
        <w:t>cy</w:t>
      </w:r>
      <w:proofErr w:type="spellEnd"/>
      <w:r w:rsidRPr="00B5780F">
        <w:rPr>
          <w:sz w:val="22"/>
          <w:lang w:val="pl-PL"/>
        </w:rPr>
        <w:t xml:space="preserve"> do projektu wystąpiła co najmniej jedna z poniższych sytuacji</w:t>
      </w:r>
      <w:r w:rsidR="005B3DD5">
        <w:rPr>
          <w:rStyle w:val="Odwoanieprzypisudolnego"/>
          <w:sz w:val="22"/>
          <w:lang w:val="pl-PL"/>
        </w:rPr>
        <w:footnoteReference w:id="1"/>
      </w:r>
      <w:r w:rsidRPr="00B5780F">
        <w:rPr>
          <w:sz w:val="22"/>
          <w:lang w:val="pl-PL"/>
        </w:rPr>
        <w:t>:</w:t>
      </w:r>
    </w:p>
    <w:p w14:paraId="2DF3378B" w14:textId="23405DF2" w:rsidR="00DE3ABC" w:rsidRPr="00B5780F" w:rsidRDefault="00276F62" w:rsidP="00B5780F">
      <w:pPr>
        <w:spacing w:after="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[ ]</w:t>
      </w:r>
      <w:r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>u ww. Pracodawcy – w zakładzie pracy zlokalizowanym na terenie województwa małopolskiego;</w:t>
      </w:r>
    </w:p>
    <w:p w14:paraId="1EFDE4FB" w14:textId="75699905" w:rsidR="00DE3ABC" w:rsidRPr="00B5780F" w:rsidRDefault="00276F62" w:rsidP="00B5780F">
      <w:pPr>
        <w:spacing w:after="6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[ ]</w:t>
      </w:r>
      <w:r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 xml:space="preserve">w oddziale firmy zlokalizowanym na terenie województwa małopolskiego, w którym zatrudniony/-a </w:t>
      </w:r>
      <w:r w:rsidR="009E03C9"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>jest ww. pracownik/-ca</w:t>
      </w:r>
      <w:r w:rsidR="00B5780F">
        <w:rPr>
          <w:sz w:val="22"/>
          <w:lang w:val="pl-PL"/>
        </w:rPr>
        <w:t>, a</w:t>
      </w:r>
      <w:r w:rsidRPr="00B5780F">
        <w:rPr>
          <w:sz w:val="22"/>
          <w:lang w:val="pl-PL"/>
        </w:rPr>
        <w:t>dres oddziału</w:t>
      </w:r>
      <w:r w:rsidR="00B5780F">
        <w:rPr>
          <w:sz w:val="22"/>
          <w:lang w:val="pl-PL"/>
        </w:rPr>
        <w:t>/filii</w:t>
      </w:r>
      <w:r w:rsidRPr="00B5780F">
        <w:rPr>
          <w:sz w:val="22"/>
          <w:lang w:val="pl-PL"/>
        </w:rPr>
        <w:t>: ..................................</w:t>
      </w:r>
      <w:r w:rsidR="00B5780F">
        <w:rPr>
          <w:sz w:val="22"/>
          <w:lang w:val="pl-PL"/>
        </w:rPr>
        <w:t>.......................................</w:t>
      </w:r>
      <w:r w:rsidRPr="00B5780F">
        <w:rPr>
          <w:sz w:val="22"/>
          <w:lang w:val="pl-PL"/>
        </w:rPr>
        <w:t>.............................................................................................</w:t>
      </w:r>
    </w:p>
    <w:p w14:paraId="0D4641CF" w14:textId="74232A42" w:rsidR="00DE3ABC" w:rsidRPr="00B5780F" w:rsidRDefault="009E03C9" w:rsidP="009E03C9">
      <w:pPr>
        <w:spacing w:after="60" w:line="360" w:lineRule="auto"/>
        <w:ind w:left="142" w:hanging="142"/>
        <w:rPr>
          <w:sz w:val="22"/>
          <w:lang w:val="pl-PL"/>
        </w:rPr>
      </w:pPr>
      <w:r w:rsidRPr="00B5780F">
        <w:rPr>
          <w:sz w:val="22"/>
          <w:lang w:val="pl-PL"/>
        </w:rPr>
        <w:t>[</w:t>
      </w:r>
      <w:r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>]</w:t>
      </w:r>
      <w:r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 xml:space="preserve">w dniu .................................... dokonano rozwiązania stosunku pracy lub stosunku służbowego </w:t>
      </w:r>
      <w:r w:rsidR="009A5A67">
        <w:rPr>
          <w:sz w:val="22"/>
          <w:lang w:val="pl-PL"/>
        </w:rPr>
        <w:t xml:space="preserve">                        </w:t>
      </w:r>
      <w:r w:rsidRPr="00B5780F">
        <w:rPr>
          <w:sz w:val="22"/>
          <w:lang w:val="pl-PL"/>
        </w:rPr>
        <w:t xml:space="preserve">z przyczyn niedotyczących pracowników, zgodnie z przepisami ustawy z dnia 13 marca 2003 r. </w:t>
      </w:r>
      <w:r w:rsidR="009A5A67">
        <w:rPr>
          <w:sz w:val="22"/>
          <w:lang w:val="pl-PL"/>
        </w:rPr>
        <w:t xml:space="preserve">                       </w:t>
      </w:r>
      <w:r w:rsidRPr="00B5780F">
        <w:rPr>
          <w:sz w:val="22"/>
          <w:lang w:val="pl-PL"/>
        </w:rPr>
        <w:t>o szczególnych zasadach rozwiązywania z pracownikami stosunków pracy z przyczyn niedotyczących pracowników (Dz. U. z 2025 r. poz. 570);</w:t>
      </w:r>
    </w:p>
    <w:p w14:paraId="5B5766C2" w14:textId="17E9CDBD" w:rsidR="00DE3ABC" w:rsidRPr="00B5780F" w:rsidRDefault="00276F62" w:rsidP="009E03C9">
      <w:pPr>
        <w:spacing w:after="60" w:line="360" w:lineRule="auto"/>
        <w:ind w:left="142" w:hanging="142"/>
        <w:rPr>
          <w:sz w:val="22"/>
          <w:lang w:val="pl-PL"/>
        </w:rPr>
      </w:pPr>
      <w:r w:rsidRPr="00B5780F">
        <w:rPr>
          <w:sz w:val="22"/>
          <w:lang w:val="pl-PL"/>
        </w:rPr>
        <w:t>[ ]</w:t>
      </w:r>
      <w:r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>w dniu .................................... – w przypadku pracodawcy zatrudniającego mniej niż 20 pracowników – dokonano rozwiązania stosunku pracy lub stosunku służbowego z przyczyn niedotyczących pracownika, zgodnie z przepisami ustawy z dnia 26 czerwca 1974 r. – Kodeks pracy;</w:t>
      </w:r>
    </w:p>
    <w:p w14:paraId="430E0209" w14:textId="64978118" w:rsidR="00DE3ABC" w:rsidRDefault="009E03C9" w:rsidP="009E03C9">
      <w:pPr>
        <w:spacing w:after="60" w:line="360" w:lineRule="auto"/>
        <w:ind w:left="142" w:hanging="142"/>
        <w:rPr>
          <w:sz w:val="22"/>
          <w:lang w:val="pl-PL"/>
        </w:rPr>
      </w:pPr>
      <w:r w:rsidRPr="00B5780F">
        <w:rPr>
          <w:sz w:val="22"/>
          <w:lang w:val="pl-PL"/>
        </w:rPr>
        <w:t>[ ]</w:t>
      </w:r>
      <w:r w:rsidR="00276F62">
        <w:rPr>
          <w:sz w:val="22"/>
          <w:lang w:val="pl-PL"/>
        </w:rPr>
        <w:t xml:space="preserve"> </w:t>
      </w:r>
      <w:r w:rsidRPr="00B5780F">
        <w:rPr>
          <w:sz w:val="22"/>
          <w:lang w:val="pl-PL"/>
        </w:rPr>
        <w:t>w dniu .................................... dokonano likwidacji stanowiska/stanowisk pracy z przyczyn ekonomicznych, organizacyjnych, produkcyjnych lub technologicznych.</w:t>
      </w:r>
    </w:p>
    <w:p w14:paraId="17352CE9" w14:textId="77777777" w:rsidR="00B5780F" w:rsidRDefault="00B5780F" w:rsidP="00B5780F">
      <w:pPr>
        <w:spacing w:after="60" w:line="360" w:lineRule="auto"/>
        <w:ind w:left="142" w:hanging="142"/>
        <w:jc w:val="both"/>
        <w:rPr>
          <w:sz w:val="22"/>
          <w:lang w:val="pl-PL"/>
        </w:rPr>
      </w:pPr>
    </w:p>
    <w:p w14:paraId="4347BBD8" w14:textId="77777777" w:rsidR="00B5780F" w:rsidRPr="00B5780F" w:rsidRDefault="00B5780F" w:rsidP="00B5780F">
      <w:pPr>
        <w:spacing w:after="60" w:line="360" w:lineRule="auto"/>
        <w:ind w:left="142" w:hanging="142"/>
        <w:jc w:val="both"/>
        <w:rPr>
          <w:sz w:val="22"/>
          <w:lang w:val="pl-PL"/>
        </w:rPr>
      </w:pPr>
    </w:p>
    <w:p w14:paraId="446509D8" w14:textId="77777777" w:rsidR="009E03C9" w:rsidRDefault="009E03C9" w:rsidP="00B5780F">
      <w:pPr>
        <w:spacing w:after="20" w:line="360" w:lineRule="auto"/>
        <w:rPr>
          <w:b/>
          <w:sz w:val="22"/>
          <w:lang w:val="pl-PL"/>
        </w:rPr>
      </w:pPr>
    </w:p>
    <w:p w14:paraId="0B70D9C8" w14:textId="6F204787" w:rsidR="00DE3ABC" w:rsidRPr="00B5780F" w:rsidRDefault="009E03C9" w:rsidP="00B5780F">
      <w:pPr>
        <w:spacing w:after="20" w:line="360" w:lineRule="auto"/>
        <w:rPr>
          <w:sz w:val="22"/>
          <w:lang w:val="pl-PL"/>
        </w:rPr>
      </w:pPr>
      <w:r w:rsidRPr="00B5780F">
        <w:rPr>
          <w:b/>
          <w:sz w:val="22"/>
          <w:lang w:val="pl-PL"/>
        </w:rPr>
        <w:t>Przyczyną bezpośredniego zagrożenia ww. pracownika/-</w:t>
      </w:r>
      <w:proofErr w:type="spellStart"/>
      <w:r w:rsidRPr="00B5780F">
        <w:rPr>
          <w:b/>
          <w:sz w:val="22"/>
          <w:lang w:val="pl-PL"/>
        </w:rPr>
        <w:t>cy</w:t>
      </w:r>
      <w:proofErr w:type="spellEnd"/>
      <w:r w:rsidRPr="00B5780F">
        <w:rPr>
          <w:b/>
          <w:sz w:val="22"/>
          <w:lang w:val="pl-PL"/>
        </w:rPr>
        <w:t xml:space="preserve"> zwolnieniem jest:</w:t>
      </w:r>
    </w:p>
    <w:p w14:paraId="035F7E37" w14:textId="77777777" w:rsidR="00DE3ABC" w:rsidRPr="00B5780F" w:rsidRDefault="009E03C9" w:rsidP="00B5780F">
      <w:pPr>
        <w:spacing w:after="2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0179AC12" w14:textId="77777777" w:rsidR="00DE3ABC" w:rsidRPr="00B5780F" w:rsidRDefault="009E03C9" w:rsidP="00B5780F">
      <w:pPr>
        <w:spacing w:after="100" w:line="360" w:lineRule="auto"/>
        <w:rPr>
          <w:sz w:val="22"/>
          <w:lang w:val="pl-PL"/>
        </w:rPr>
      </w:pPr>
      <w:r w:rsidRPr="00B5780F">
        <w:rPr>
          <w:sz w:val="22"/>
          <w:lang w:val="pl-PL"/>
        </w:rPr>
        <w:t>............................................................................................................................................................</w:t>
      </w:r>
    </w:p>
    <w:p w14:paraId="33CAE8D6" w14:textId="4C4FA0F2" w:rsidR="00DE3ABC" w:rsidRDefault="009E03C9" w:rsidP="00B5780F">
      <w:pPr>
        <w:spacing w:line="360" w:lineRule="auto"/>
        <w:jc w:val="both"/>
        <w:rPr>
          <w:sz w:val="22"/>
          <w:lang w:val="pl-PL"/>
        </w:rPr>
      </w:pPr>
      <w:r w:rsidRPr="00B5780F">
        <w:rPr>
          <w:sz w:val="22"/>
          <w:lang w:val="pl-PL"/>
        </w:rPr>
        <w:t>Niniejsze zaświadczenie wydaje się na wniosek pracownika/-</w:t>
      </w:r>
      <w:proofErr w:type="spellStart"/>
      <w:r w:rsidRPr="00B5780F">
        <w:rPr>
          <w:sz w:val="22"/>
          <w:lang w:val="pl-PL"/>
        </w:rPr>
        <w:t>cy</w:t>
      </w:r>
      <w:proofErr w:type="spellEnd"/>
      <w:r w:rsidRPr="00B5780F">
        <w:rPr>
          <w:sz w:val="22"/>
          <w:lang w:val="pl-PL"/>
        </w:rPr>
        <w:t xml:space="preserve"> celem przedłożenia w ramach projektu „ADAPTER ZAWODOWY dla mieszkańców woj. małopolskiego – III EDYCJA” FEMP.06.06-IP.02-0051/25, realizowanego przez Grupę Doradczą Projekt spółka z o.o.</w:t>
      </w:r>
    </w:p>
    <w:p w14:paraId="5B6C8CD8" w14:textId="77777777" w:rsidR="00B5780F" w:rsidRDefault="00B5780F" w:rsidP="00B5780F">
      <w:pPr>
        <w:spacing w:line="360" w:lineRule="auto"/>
        <w:jc w:val="both"/>
        <w:rPr>
          <w:sz w:val="22"/>
          <w:lang w:val="pl-PL"/>
        </w:rPr>
      </w:pPr>
    </w:p>
    <w:p w14:paraId="14543F5E" w14:textId="77777777" w:rsidR="00B5780F" w:rsidRPr="00B5780F" w:rsidRDefault="00B5780F" w:rsidP="00B5780F">
      <w:pPr>
        <w:spacing w:line="360" w:lineRule="auto"/>
        <w:jc w:val="both"/>
        <w:rPr>
          <w:sz w:val="22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DE3ABC" w:rsidRPr="00B5780F" w14:paraId="00DC8448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3195C" w14:textId="77777777" w:rsidR="00DE3ABC" w:rsidRPr="00B5780F" w:rsidRDefault="009E03C9" w:rsidP="009A5A67">
            <w:pPr>
              <w:spacing w:after="0" w:line="360" w:lineRule="auto"/>
              <w:rPr>
                <w:sz w:val="22"/>
              </w:rPr>
            </w:pPr>
            <w:r w:rsidRPr="00B5780F">
              <w:rPr>
                <w:sz w:val="22"/>
              </w:rPr>
              <w:t>........................................................</w:t>
            </w:r>
            <w:r w:rsidRPr="00B5780F">
              <w:rPr>
                <w:sz w:val="22"/>
              </w:rPr>
              <w:br/>
            </w:r>
            <w:proofErr w:type="spellStart"/>
            <w:r w:rsidRPr="00B5780F">
              <w:rPr>
                <w:sz w:val="22"/>
              </w:rPr>
              <w:t>Miejscowość</w:t>
            </w:r>
            <w:proofErr w:type="spellEnd"/>
            <w:r w:rsidRPr="00B5780F">
              <w:rPr>
                <w:sz w:val="22"/>
              </w:rPr>
              <w:t>, data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0A591" w14:textId="16866F46" w:rsidR="00DE3ABC" w:rsidRPr="00B5780F" w:rsidRDefault="009E03C9" w:rsidP="00B5780F">
            <w:pPr>
              <w:spacing w:after="0" w:line="360" w:lineRule="auto"/>
              <w:jc w:val="center"/>
              <w:rPr>
                <w:sz w:val="22"/>
              </w:rPr>
            </w:pPr>
            <w:r w:rsidRPr="00B5780F">
              <w:rPr>
                <w:sz w:val="22"/>
              </w:rPr>
              <w:t>........................................................</w:t>
            </w:r>
            <w:r w:rsidR="009A5A67">
              <w:rPr>
                <w:sz w:val="22"/>
              </w:rPr>
              <w:t>..........</w:t>
            </w:r>
            <w:r w:rsidRPr="00B5780F">
              <w:rPr>
                <w:sz w:val="22"/>
              </w:rPr>
              <w:br/>
            </w:r>
            <w:proofErr w:type="spellStart"/>
            <w:r w:rsidRPr="00B5780F">
              <w:rPr>
                <w:sz w:val="22"/>
              </w:rPr>
              <w:t>Podpis</w:t>
            </w:r>
            <w:proofErr w:type="spellEnd"/>
            <w:r w:rsidRPr="00B5780F">
              <w:rPr>
                <w:sz w:val="22"/>
              </w:rPr>
              <w:t xml:space="preserve"> </w:t>
            </w:r>
            <w:proofErr w:type="spellStart"/>
            <w:r w:rsidRPr="00B5780F">
              <w:rPr>
                <w:sz w:val="22"/>
              </w:rPr>
              <w:t>osoby</w:t>
            </w:r>
            <w:proofErr w:type="spellEnd"/>
            <w:r w:rsidRPr="00B5780F">
              <w:rPr>
                <w:sz w:val="22"/>
              </w:rPr>
              <w:t xml:space="preserve"> </w:t>
            </w:r>
            <w:proofErr w:type="spellStart"/>
            <w:r w:rsidRPr="00B5780F">
              <w:rPr>
                <w:sz w:val="22"/>
              </w:rPr>
              <w:t>upoważnionej</w:t>
            </w:r>
            <w:proofErr w:type="spellEnd"/>
            <w:r w:rsidRPr="00B5780F">
              <w:rPr>
                <w:sz w:val="22"/>
              </w:rPr>
              <w:t xml:space="preserve"> / </w:t>
            </w:r>
            <w:proofErr w:type="spellStart"/>
            <w:r w:rsidRPr="00B5780F">
              <w:rPr>
                <w:sz w:val="22"/>
              </w:rPr>
              <w:t>pracodawcy</w:t>
            </w:r>
            <w:proofErr w:type="spellEnd"/>
          </w:p>
        </w:tc>
      </w:tr>
    </w:tbl>
    <w:p w14:paraId="26CB7CC3" w14:textId="77777777" w:rsidR="00EC6561" w:rsidRPr="00B5780F" w:rsidRDefault="00EC6561" w:rsidP="00B5780F">
      <w:pPr>
        <w:spacing w:line="360" w:lineRule="auto"/>
        <w:rPr>
          <w:sz w:val="22"/>
        </w:rPr>
      </w:pPr>
    </w:p>
    <w:sectPr w:rsidR="00EC6561" w:rsidRPr="00B5780F" w:rsidSect="00B5780F">
      <w:headerReference w:type="default" r:id="rId8"/>
      <w:headerReference w:type="first" r:id="rId9"/>
      <w:pgSz w:w="12240" w:h="15840"/>
      <w:pgMar w:top="850" w:right="1020" w:bottom="850" w:left="1020" w:header="56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AC390" w14:textId="77777777" w:rsidR="009C1EEA" w:rsidRDefault="009C1EEA" w:rsidP="00B5780F">
      <w:pPr>
        <w:spacing w:after="0" w:line="240" w:lineRule="auto"/>
      </w:pPr>
      <w:r>
        <w:separator/>
      </w:r>
    </w:p>
  </w:endnote>
  <w:endnote w:type="continuationSeparator" w:id="0">
    <w:p w14:paraId="3D3C7451" w14:textId="77777777" w:rsidR="009C1EEA" w:rsidRDefault="009C1EEA" w:rsidP="00B5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91683" w14:textId="77777777" w:rsidR="009C1EEA" w:rsidRDefault="009C1EEA" w:rsidP="00B5780F">
      <w:pPr>
        <w:spacing w:after="0" w:line="240" w:lineRule="auto"/>
      </w:pPr>
      <w:r>
        <w:separator/>
      </w:r>
    </w:p>
  </w:footnote>
  <w:footnote w:type="continuationSeparator" w:id="0">
    <w:p w14:paraId="738AF2DA" w14:textId="77777777" w:rsidR="009C1EEA" w:rsidRDefault="009C1EEA" w:rsidP="00B5780F">
      <w:pPr>
        <w:spacing w:after="0" w:line="240" w:lineRule="auto"/>
      </w:pPr>
      <w:r>
        <w:continuationSeparator/>
      </w:r>
    </w:p>
  </w:footnote>
  <w:footnote w:id="1">
    <w:p w14:paraId="05DDA1A3" w14:textId="0DEC7862" w:rsidR="005B3DD5" w:rsidRPr="005B3DD5" w:rsidRDefault="005B3DD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5B3DD5">
        <w:rPr>
          <w:lang w:val="pl-PL"/>
        </w:rPr>
        <w:t xml:space="preserve"> </w:t>
      </w:r>
      <w:r>
        <w:rPr>
          <w:lang w:val="pl-PL"/>
        </w:rPr>
        <w:t xml:space="preserve">Proszę zaznaczyć odpowiednio </w:t>
      </w:r>
      <w:r w:rsidRPr="005B3DD5">
        <w:rPr>
          <w:b/>
          <w:bCs/>
          <w:lang w:val="pl-PL"/>
        </w:rPr>
        <w:t xml:space="preserve">X </w:t>
      </w:r>
      <w:r>
        <w:rPr>
          <w:lang w:val="pl-PL"/>
        </w:rPr>
        <w:t xml:space="preserve">w </w:t>
      </w:r>
      <w:r w:rsidRPr="00B5780F">
        <w:rPr>
          <w:sz w:val="22"/>
          <w:lang w:val="pl-PL"/>
        </w:rPr>
        <w:t>[ ]</w:t>
      </w:r>
      <w:r>
        <w:rPr>
          <w:sz w:val="22"/>
          <w:lang w:val="pl-PL"/>
        </w:rPr>
        <w:t xml:space="preserve"> i</w:t>
      </w:r>
      <w:r>
        <w:rPr>
          <w:lang w:val="pl-PL"/>
        </w:rPr>
        <w:t xml:space="preserve"> skreślić niepotrzebne.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3874" w14:textId="47AB53B5" w:rsidR="00B5780F" w:rsidRDefault="00B5780F">
    <w:pPr>
      <w:pStyle w:val="Nagwek"/>
    </w:pPr>
    <w:r>
      <w:rPr>
        <w:noProof/>
        <w:lang w:eastAsia="pl-PL"/>
      </w:rPr>
      <w:drawing>
        <wp:inline distT="0" distB="0" distL="0" distR="0" wp14:anchorId="304BC271" wp14:editId="656F33AD">
          <wp:extent cx="5760720" cy="494665"/>
          <wp:effectExtent l="0" t="0" r="0" b="0"/>
          <wp:docPr id="111352944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45C80" w14:textId="66027973" w:rsidR="00B5780F" w:rsidRDefault="00B5780F">
    <w:pPr>
      <w:pStyle w:val="Nagwek"/>
    </w:pPr>
    <w:r>
      <w:rPr>
        <w:noProof/>
        <w:lang w:eastAsia="pl-PL"/>
      </w:rPr>
      <w:drawing>
        <wp:inline distT="0" distB="0" distL="0" distR="0" wp14:anchorId="07FA1A21" wp14:editId="20C9264D">
          <wp:extent cx="5760720" cy="494665"/>
          <wp:effectExtent l="0" t="0" r="0" b="0"/>
          <wp:docPr id="65310700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8710260">
    <w:abstractNumId w:val="8"/>
  </w:num>
  <w:num w:numId="2" w16cid:durableId="295062050">
    <w:abstractNumId w:val="6"/>
  </w:num>
  <w:num w:numId="3" w16cid:durableId="727918427">
    <w:abstractNumId w:val="5"/>
  </w:num>
  <w:num w:numId="4" w16cid:durableId="1701320394">
    <w:abstractNumId w:val="4"/>
  </w:num>
  <w:num w:numId="5" w16cid:durableId="46224133">
    <w:abstractNumId w:val="7"/>
  </w:num>
  <w:num w:numId="6" w16cid:durableId="1770344442">
    <w:abstractNumId w:val="3"/>
  </w:num>
  <w:num w:numId="7" w16cid:durableId="1864395160">
    <w:abstractNumId w:val="2"/>
  </w:num>
  <w:num w:numId="8" w16cid:durableId="1933583202">
    <w:abstractNumId w:val="1"/>
  </w:num>
  <w:num w:numId="9" w16cid:durableId="181359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0F93"/>
    <w:rsid w:val="00276F62"/>
    <w:rsid w:val="002902CE"/>
    <w:rsid w:val="0029639D"/>
    <w:rsid w:val="00326F90"/>
    <w:rsid w:val="003B49EE"/>
    <w:rsid w:val="00522FAD"/>
    <w:rsid w:val="005B3DD5"/>
    <w:rsid w:val="0082615D"/>
    <w:rsid w:val="008A38FB"/>
    <w:rsid w:val="00903931"/>
    <w:rsid w:val="009A5A67"/>
    <w:rsid w:val="009C1EEA"/>
    <w:rsid w:val="009E03C9"/>
    <w:rsid w:val="00AA1D8D"/>
    <w:rsid w:val="00B47730"/>
    <w:rsid w:val="00B5780F"/>
    <w:rsid w:val="00B846C5"/>
    <w:rsid w:val="00C01F88"/>
    <w:rsid w:val="00CB0664"/>
    <w:rsid w:val="00DE2EB3"/>
    <w:rsid w:val="00DE3ABC"/>
    <w:rsid w:val="00EC65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E9AE78"/>
  <w14:defaultImageDpi w14:val="300"/>
  <w15:docId w15:val="{4C27D551-96B5-4ABF-8086-932E0FD7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780F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780F"/>
    <w:rPr>
      <w:rFonts w:ascii="Arial" w:eastAsia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78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GDP</dc:creator>
  <cp:keywords/>
  <dc:description>generated by python-docx</dc:description>
  <cp:lastModifiedBy>Karolina Antos</cp:lastModifiedBy>
  <cp:revision>4</cp:revision>
  <cp:lastPrinted>2026-09-15T11:32:00Z</cp:lastPrinted>
  <dcterms:created xsi:type="dcterms:W3CDTF">2026-09-14T21:06:00Z</dcterms:created>
  <dcterms:modified xsi:type="dcterms:W3CDTF">2026-09-15T11:32:00Z</dcterms:modified>
  <cp:category/>
</cp:coreProperties>
</file>